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코히 프로젝트 출품 접수 양식</w:t>
      </w:r>
    </w:p>
    <w:p>
      <w:r>
        <w:t>Hi, KoHi! Tell Your Story. · 스미다선교회 SMIDA Mission</w:t>
      </w:r>
    </w:p>
    <w:p>
      <w:pPr>
        <w:pStyle w:val="Heading1"/>
      </w:pPr>
      <w:r>
        <w:t>역사 속의 나  나의 뿌리 한 조각</w:t>
      </w:r>
    </w:p>
    <w:p>
      <w:r>
        <w:t>남녀노소, 국적에 관계없이 누구나 참여할 수 있습니다. 한국 문화와 연결된 자신의 이야기를 한국어 또는 영어로 작성해 주세요. / All ages, genders and nationalities welcome. Write in Korean or English.</w:t>
      </w:r>
    </w:p>
    <w:p>
      <w:r>
        <w:t>론칭 2026년 10월 10일 | 접수 마감 11월 30일 | 최종 발표 12월 24일</w:t>
        <w:br/>
        <w:t>1차 12명 선발 → 약 30분 Zoom 인터뷰 → 최종 5명 선정</w:t>
        <w:br/>
        <w:t>총상금 $1,000 | 시상식 및 수상자별 상금 배분 추후 공지</w:t>
      </w:r>
    </w:p>
    <w:p>
      <w:pPr>
        <w:pStyle w:val="Heading1"/>
      </w:pPr>
      <w:r>
        <w:t>작성 및 제출 방법</w:t>
      </w:r>
    </w:p>
    <w:p>
      <w:r>
        <w:t>Word 파일에 직접 입력하거나 인쇄하여 작성하세요. 손글씨 양식은 선명하게 촬영·스캔해 제출할 수 있습니다. 이야기 공간이 부족하면 별도 페이지를 첨부하세요. 사진 한 장과 다섯 문장으로 시작할 수 있으며, 글·그림·짧은 영상도 가능합니다.</w:t>
      </w:r>
    </w:p>
    <w:p>
      <w:r>
        <w:t>이메일: arielhong316@gmail.com</w:t>
        <w:br/>
        <w:t>제목: [코히 프로젝트 출품] 이름 또는 가명 / 작품 제목</w:t>
        <w:br/>
        <w:t>사진·그림·글은 첨부하고, 용량이 큰 영상은 열람 가능한 공유 링크를 보내주세요.</w:t>
      </w:r>
    </w:p>
    <w:p>
      <w:pPr>
        <w:pStyle w:val="Heading1"/>
      </w:pPr>
      <w:r>
        <w:t>참여자 정보  Participant information</w:t>
      </w:r>
    </w:p>
    <w:p>
      <w:r>
        <w:t>연락용 이름 / Contact name</w:t>
      </w:r>
    </w:p>
    <w:p>
      <w:r>
        <w:t>________________________________________________________________________</w:t>
      </w:r>
    </w:p>
    <w:p>
      <w:r>
        <w:t>이메일 / Email</w:t>
      </w:r>
    </w:p>
    <w:p>
      <w:r>
        <w:t>________________________________________________________________________</w:t>
      </w:r>
    </w:p>
    <w:p>
      <w:r>
        <w:t>전화번호 / Phone</w:t>
      </w:r>
    </w:p>
    <w:p>
      <w:r>
        <w:t>________________________________________________________________________</w:t>
      </w:r>
    </w:p>
    <w:p>
      <w:r>
        <w:t>거주 국가 및 지역 / Country and region</w:t>
      </w:r>
    </w:p>
    <w:p>
      <w:r>
        <w:t>________________________________________________________________________</w:t>
      </w:r>
    </w:p>
    <w:p>
      <w:r>
        <w:t>연령 구분 / Age group:  □ 18세 미만 Under 18   □ 18세 이상 18 or older</w:t>
      </w:r>
    </w:p>
    <w:p>
      <w:r>
        <w:t>출간 이름 / Publication name:  □ 실명 Real name   □ 가명 Pen name</w:t>
      </w:r>
    </w:p>
    <w:p>
      <w:r>
        <w:t>책에 표시할 이름 / Name to appear in the book</w:t>
      </w:r>
    </w:p>
    <w:p>
      <w:r>
        <w:t>________________________________________________________________________</w:t>
      </w:r>
    </w:p>
    <w:p>
      <w:r>
        <w:t>문의 Ariel Hong · 571-598-2457</w:t>
        <w:br/>
        <w:t>smidamission.org | Q&amp;A 단톡방 https://open.kakao.com/o/gid6xmHi</w:t>
      </w:r>
    </w:p>
    <w:p>
      <w:r>
        <w:br w:type="page"/>
      </w:r>
    </w:p>
    <w:p>
      <w:pPr>
        <w:pStyle w:val="Heading1"/>
      </w:pPr>
      <w:r>
        <w:t>출품 작품과 나의 이야기  Entry and story</w:t>
      </w:r>
    </w:p>
    <w:p>
      <w:r>
        <w:t>작품 제목 / Entry title</w:t>
      </w:r>
    </w:p>
    <w:p>
      <w:r>
        <w:t>________________________________________________________________________</w:t>
      </w:r>
    </w:p>
    <w:p>
      <w:r>
        <w:t>형식 / Format: □ 글 Writing  □ 사진 Photo  □ 그림 Art  □ 영상 Video  □ 기타 Other</w:t>
      </w:r>
    </w:p>
    <w:p>
      <w:r>
        <w:t>첨부파일 이름 또는 공유 링크 / Attached filenames or sharing link</w:t>
      </w:r>
    </w:p>
    <w:p>
      <w:r>
        <w:t>________________________________________________________________________</w:t>
      </w:r>
    </w:p>
    <w:p>
      <w:r>
        <w:t>아래 질문에 한 문장씩 답하거나 하나의 이야기로 작성해도 됩니다. / Answer each question or write one connected story. Add pages if needed.</w:t>
      </w:r>
    </w:p>
    <w:p>
      <w:r>
        <w:t>1. 내가 고른 문화 한 가지는 무엇인가요? / What cultural piece did you choose?</w:t>
      </w:r>
    </w:p>
    <w:p>
      <w:r>
        <w:t>________________________________________________________________________</w:t>
      </w:r>
    </w:p>
    <w:p>
      <w:r>
        <w:t>________________________________________________________________________</w:t>
      </w:r>
    </w:p>
    <w:p>
      <w:r>
        <w:t>2. 어떤 사람·장소·기억과 연결되나요? / What person, place or memory connects with it?</w:t>
      </w:r>
    </w:p>
    <w:p>
      <w:r>
        <w:t>________________________________________________________________________</w:t>
      </w:r>
    </w:p>
    <w:p>
      <w:r>
        <w:t>________________________________________________________________________</w:t>
      </w:r>
    </w:p>
    <w:p>
      <w:r>
        <w:t>3. 세대와 나라를 지나며 어떻게 달라졌나요? / How has it changed across generations or countries?</w:t>
      </w:r>
    </w:p>
    <w:p>
      <w:r>
        <w:t>________________________________________________________________________</w:t>
      </w:r>
    </w:p>
    <w:p>
      <w:r>
        <w:t>________________________________________________________________________</w:t>
      </w:r>
    </w:p>
    <w:p>
      <w:r>
        <w:t>4. 이것을 통해 나에 대해 무엇을 발견했나요? / What did you discover about yourself?</w:t>
      </w:r>
    </w:p>
    <w:p>
      <w:r>
        <w:t>________________________________________________________________________</w:t>
      </w:r>
    </w:p>
    <w:p>
      <w:r>
        <w:t>________________________________________________________________________</w:t>
      </w:r>
    </w:p>
    <w:p>
      <w:r>
        <w:t>5. 무엇을 이어가거나 새롭게 만들고 싶나요? / What would you carry forward or create?</w:t>
      </w:r>
    </w:p>
    <w:p>
      <w:r>
        <w:t>________________________________________________________________________</w:t>
      </w:r>
    </w:p>
    <w:p>
      <w:r>
        <w:t>________________________________________________________________________</w:t>
      </w:r>
    </w:p>
    <w:p>
      <w:r>
        <w:t>한국 문화가 익숙해도 낯설어도 괜찮습니다. 개인이나 가족의 민감한 경험은 공유하고 싶은 만큼만 적어주세요.</w:t>
      </w:r>
    </w:p>
    <w:p>
      <w:r>
        <w:br w:type="page"/>
      </w:r>
    </w:p>
    <w:p>
      <w:pPr>
        <w:pStyle w:val="Heading1"/>
      </w:pPr>
      <w:r>
        <w:t>출간 동의와 참여자 지원  Consent and support</w:t>
      </w:r>
    </w:p>
    <w:p>
      <w:r>
        <w:t>모든 출품 내용은 수상 여부와 관계없이 실명 또는 가명으로 모아 출간합니다. 글·사진·그림·영상은 책에 담을 수 있는 형태로 정리하고, 출간 전 수록 내용을 참여자에게 확인합니다. 연락처는 책에 공개하지 않습니다.</w:t>
      </w:r>
    </w:p>
    <w:p>
      <w:r>
        <w:t>Entries will be collected for publication under the chosen real or pen name, whether or not they receive an award. Publication content will be confirmed with participants before release. Contact details will not be published.</w:t>
      </w:r>
    </w:p>
    <w:p>
      <w:pPr>
        <w:pStyle w:val="Heading1"/>
      </w:pPr>
      <w:r>
        <w:t>확인 및 동의  Please confirm</w:t>
      </w:r>
    </w:p>
    <w:p>
      <w:r>
        <w:t>□ 제출한 작품은 본인이 만든 것이거나 사용 허락을 받은 것이며, 다른 사람의 사진·이야기를 포함한 경우 필요한 동의를 받았습니다.</w:t>
        <w:br/>
        <w:t>I created this entry or have permission to use it, including permission for other people’s images or stories.</w:t>
      </w:r>
    </w:p>
    <w:p>
      <w:r>
        <w:t>□ 스미다선교회가 이번 코히 프로젝트의 출간을 위해 작품을 수록하고, 참여자 확인을 거쳐 필요한 편집·번역·영상의 원고화를 진행하는 데 동의합니다. 저작권은 참여자에게 있습니다.</w:t>
        <w:br/>
        <w:t>I permit SMIDA Mission to include my entry in this project’s publication and prepare edits, translations or video-to-text adaptations subject to my confirmation. I retain copyright.</w:t>
      </w:r>
    </w:p>
    <w:p>
      <w:r>
        <w:t>□ 접수·심사·인터뷰·출간 확인과 신청한 지원 안내를 위해 이름과 연락처를 수집·이용하는 데 동의합니다.</w:t>
        <w:br/>
        <w:t>I consent to the use of my name and contact details for entry administration, selection, interview, publication confirmation and requested support.</w:t>
      </w:r>
    </w:p>
    <w:p>
      <w:r>
        <w:t>선택 동의 / Optional:</w:t>
        <w:br/>
        <w:t>□ 출품 작품을 코히 홈페이지와 공식 홍보 채널에 소개하는 데 동의합니다.</w:t>
        <w:br/>
        <w:t>I also permit my entry to be featured on the KoHi website and official promotional channels.</w:t>
      </w:r>
    </w:p>
    <w:p>
      <w:r>
        <w:br w:type="page"/>
      </w:r>
    </w:p>
    <w:p>
      <w:pPr>
        <w:pStyle w:val="Heading1"/>
      </w:pPr>
      <w:r>
        <w:t>참여자 지원 및 서명  Support and signature</w:t>
      </w:r>
    </w:p>
    <w:p>
      <w:pPr>
        <w:pStyle w:val="Heading1"/>
      </w:pPr>
      <w:r>
        <w:t>희망자 전원 지원  Optional support for all participants</w:t>
      </w:r>
    </w:p>
    <w:p>
      <w:r>
        <w:t>□ 자기소개 에세이 가이드 / Self introduction essay guide</w:t>
        <w:br/>
        <w:t>□ 진로 컨설팅 / Career consultation</w:t>
        <w:br/>
        <w:t>□ 신청하지 않음 / Neither</w:t>
      </w:r>
    </w:p>
    <w:p>
      <w:r>
        <w:t>구체적인 제공 방식과 일정은 신청자에게 별도로 안내합니다.</w:t>
      </w:r>
    </w:p>
    <w:p>
      <w:r>
        <w:t>참여자 이름 및 서명 또는 입력 확인 / Participant name and signature or typed confirmation</w:t>
      </w:r>
    </w:p>
    <w:p>
      <w:r>
        <w:t>________________________________________________________________________</w:t>
      </w:r>
    </w:p>
    <w:p>
      <w:r>
        <w:t>작성 날짜 / Date</w:t>
      </w:r>
    </w:p>
    <w:p>
      <w:r>
        <w:t>________________________________________________________________________</w:t>
      </w:r>
    </w:p>
    <w:p>
      <w:pPr>
        <w:pStyle w:val="Heading1"/>
      </w:pPr>
      <w:r>
        <w:t>18세 미만 참여자 보호자 동의  Guardian consent for under 18</w:t>
      </w:r>
    </w:p>
    <w:p>
      <w:r>
        <w:t>□ 보호자로서 위 내용을 확인하고 미성년자의 참여 및 동의한 범위의 작품 사용에 동의합니다.</w:t>
        <w:br/>
        <w:t>As guardian, I confirm the above and consent to participation and the agreed uses of the entry.</w:t>
      </w:r>
    </w:p>
    <w:p>
      <w:r>
        <w:t>보호자 이름·연락처 / Guardian name and contact</w:t>
      </w:r>
    </w:p>
    <w:p>
      <w:r>
        <w:t>________________________________________________________________________</w:t>
      </w:r>
    </w:p>
    <w:p>
      <w:r>
        <w:t>보호자 서명 또는 입력 확인·날짜 / Guardian signature or typed confirmation and date</w:t>
      </w:r>
    </w:p>
    <w:p>
      <w:r>
        <w:t>________________________________________________________________________</w:t>
      </w:r>
    </w:p>
    <w:p>
      <w:pPr>
        <w:pStyle w:val="Heading1"/>
      </w:pPr>
      <w:r>
        <w:t>코히 리더 지원 안내 / KoHi leader support</w:t>
      </w:r>
    </w:p>
    <w:p>
      <w:r>
        <w:t>코히 문화 프로젝트에 적극적으로 지속 참여하는 분들 가운데 리더를 발탁하여 비전 트립 경비 및 장학금을 지원합니다. 첫 캠페인 시상과 별도로 운영하며 선발 기준·일정과 지원 규모·방식은 추후 안내합니다.</w:t>
        <w:br/>
        <w:t>Active, consistent participants may be selected as KoHi leaders with vision trip expense and scholarship support. This is separate from campaign awards; selection and support details will be announced later.</w:t>
      </w:r>
    </w:p>
    <w:p>
      <w:r>
        <w:t>문의 및 동의 관련 연락: Ariel Hong · arielhong316@gmail.com · 571-598-2457</w:t>
      </w:r>
    </w:p>
    <w:sectPr w:rsidR="00FC693F" w:rsidRPr="0006063C" w:rsidSect="00034616">
      <w:pgSz w:w="11909" w:h="16834"/>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NanumGothic" w:hAnsi="NanumGothic" w:eastAsia="NanumGothic"/>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NanumGothic" w:hAnsi="NanumGothic" w:eastAsia="NanumGothic"/>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NanumGothic" w:hAnsi="NanumGothic" w:eastAsia="NanumGothic"/>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NanumGothic" w:hAnsi="NanumGothic" w:eastAsia="NanumGothic"/>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