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코히 아카데미 한국 문화 자료집</w:t>
      </w:r>
    </w:p>
    <w:p>
      <w:r>
        <w:t>전체 목차와 주제별 학습 안내</w:t>
      </w:r>
    </w:p>
    <w:p>
      <w:r>
        <w:t>스미다선교회 SMIDA Mission</w:t>
        <w:br/>
        <w:t>2026년 10월 8일</w:t>
      </w:r>
    </w:p>
    <w:p>
      <w:pPr>
        <w:pStyle w:val="Heading1"/>
      </w:pPr>
      <w:r>
        <w:t>자료집의 목적</w:t>
      </w:r>
    </w:p>
    <w:p>
      <w:r>
        <w:t>한국의 인물과 생활 문화, 이야기와 세계 교류를 간결하게 소개합니다. 문화 속에서 자신의 배경과 기억을 돌아보고 서로의 경험을 나누는 코히 프로젝트의 학습 자료입니다. 남녀노소와 국적에 관계없이 사용할 수 있습니다.</w:t>
      </w:r>
    </w:p>
    <w:p>
      <w:pPr>
        <w:pStyle w:val="Heading1"/>
      </w:pPr>
      <w:r>
        <w:t>전체 목차</w:t>
      </w:r>
    </w:p>
    <w:p>
      <w:r>
        <w:t>01  한국 대표 인물  /  8장</w:t>
      </w:r>
    </w:p>
    <w:p>
      <w:r>
        <w:t>02  한국 관광명소  /  8장</w:t>
      </w:r>
    </w:p>
    <w:p>
      <w:r>
        <w:t>03  한국 음식과 식탁  /  8장</w:t>
      </w:r>
    </w:p>
    <w:p>
      <w:r>
        <w:t>04  한국 책과 문학  /  8장</w:t>
      </w:r>
    </w:p>
    <w:p>
      <w:r>
        <w:t>05  한국 노래의 흐름  /  9장</w:t>
      </w:r>
    </w:p>
    <w:p>
      <w:r>
        <w:t>06  한국 춤의 변화  /  8장</w:t>
      </w:r>
    </w:p>
    <w:p>
      <w:r>
        <w:t>07  한국 속담과 삶의 지혜  /  8장</w:t>
      </w:r>
    </w:p>
    <w:p>
      <w:r>
        <w:t>08  전래동화에 흐르는 정서  /  8장</w:t>
      </w:r>
    </w:p>
    <w:p>
      <w:r>
        <w:t>09  2020년대 세계 속의 한국  /  8장</w:t>
      </w:r>
    </w:p>
    <w:p>
      <w:pPr>
        <w:pStyle w:val="Heading1"/>
      </w:pPr>
      <w:r>
        <w:t>자료 사용 방법</w:t>
      </w:r>
    </w:p>
    <w:p>
      <w:r>
        <w:t>각 PPT는 표지, 사진과 짧은 설명, 나눔 질문으로 구성합니다. 글자는 크게 배치하며, 이미지 설명과 사실·사진 출처는 발표자 노트에서 확인할 수 있습니다. 역사 인물은 기록 사진이나 동상 사진을 사용하고, 전래동화는 실제 자연과 사물 사진으로 정서를 떠올립니다.</w:t>
      </w:r>
    </w:p>
    <w:p>
      <w:pPr>
        <w:pStyle w:val="Heading1"/>
      </w:pPr>
      <w:r>
        <w:t>시대 표시의 기준</w:t>
      </w:r>
    </w:p>
    <w:p>
      <w:r>
        <w:t>인물은 주요 활동 시기, 책과 노래는 발표·출간 시기, 관광명소는 역사·공개·복원·등재 시기를 표시합니다. 음식과 춤은 전승 및 생활문화의 변화를 기준으로 합니다. 모든 분야를 동일한 연대에 끼워 맞추거나 기원 연도로 단정하지 않습니다.</w:t>
      </w:r>
    </w:p>
    <w:p>
      <w:pPr>
        <w:pStyle w:val="Heading1"/>
        <w:pageBreakBefore/>
      </w:pPr>
      <w:r>
        <w:t>01 한국 대표 인물</w:t>
      </w:r>
    </w:p>
    <w:p>
      <w:r>
        <w:t>사람의 선택과 시대의 변화를 함께 봅니다.</w:t>
      </w:r>
    </w:p>
    <w:p>
      <w:r>
        <w:t>1. 1440년대  세종과 한글</w:t>
      </w:r>
    </w:p>
    <w:p>
      <w:r>
        <w:t>2. 1910년대  유관순과 독립운동</w:t>
      </w:r>
    </w:p>
    <w:p>
      <w:r>
        <w:t>3. 1960년대 이후  백남준과 비디오아트</w:t>
      </w:r>
    </w:p>
    <w:p>
      <w:r>
        <w:t>4. 2010년대  김연아와 피겨스케이팅</w:t>
      </w:r>
    </w:p>
    <w:p>
      <w:r>
        <w:t>5. 2020년대  봉준호와 영화</w:t>
      </w:r>
    </w:p>
    <w:p>
      <w:r>
        <w:t>6. 2020년대  한강과 문학</w:t>
      </w:r>
    </w:p>
    <w:p>
      <w:r>
        <w:t>나눔 질문  내가 배우고 싶은 인물의 태도는 무엇인가요?</w:t>
      </w:r>
    </w:p>
    <w:p>
      <w:r>
        <w:t>읽기 안내  분야를 넓게 살펴보기 위한 예시 인물입니다. 순위나 전체 인물 목록이 아닙니다.</w:t>
      </w:r>
    </w:p>
    <w:p>
      <w:pPr>
        <w:pStyle w:val="Heading1"/>
        <w:pageBreakBefore w:val="0"/>
      </w:pPr>
      <w:r>
        <w:t>02 한국 관광명소</w:t>
      </w:r>
    </w:p>
    <w:p>
      <w:r>
        <w:t>역사 공간과 현대의 여행 문화를 함께 봅니다.</w:t>
      </w:r>
    </w:p>
    <w:p>
      <w:r>
        <w:t>1. 고대 유산  경주와 불국사</w:t>
      </w:r>
    </w:p>
    <w:p>
      <w:r>
        <w:t>2. 조선 시대 유산  서울 경복궁</w:t>
      </w:r>
    </w:p>
    <w:p>
      <w:r>
        <w:t>3. 1980년대  남산서울타워</w:t>
      </w:r>
    </w:p>
    <w:p>
      <w:r>
        <w:t>4. 2000년대  청계천</w:t>
      </w:r>
    </w:p>
    <w:p>
      <w:r>
        <w:t>5. 2000년대 세계유산  제주 화산섬</w:t>
      </w:r>
    </w:p>
    <w:p>
      <w:r>
        <w:t>6. 2020년대 여행의 한 장면  부산의 바다와 도시</w:t>
      </w:r>
    </w:p>
    <w:p>
      <w:r>
        <w:t>나눔 질문  나의 기억이 담긴 장소를 한 곳 소개해 보세요.</w:t>
      </w:r>
    </w:p>
    <w:p>
      <w:r>
        <w:t>읽기 안내  표시한 시대는 유산의 역사 또는 공개·복원·등재 시점입니다. 사진은 오늘날의 모습이며 당시 사진이 아닐 수 있습니다.</w:t>
      </w:r>
    </w:p>
    <w:p>
      <w:pPr>
        <w:pStyle w:val="Heading1"/>
        <w:pageBreakBefore/>
      </w:pPr>
      <w:r>
        <w:t>03 한국 음식과 식탁</w:t>
      </w:r>
    </w:p>
    <w:p>
      <w:r>
        <w:t>음식에 남은 생활의 기억을 살펴봅니다.</w:t>
      </w:r>
    </w:p>
    <w:p>
      <w:r>
        <w:t>1. 오래 이어진 식생활  김치와 장</w:t>
      </w:r>
    </w:p>
    <w:p>
      <w:r>
        <w:t>2. 전통과 오늘  비빔밥</w:t>
      </w:r>
    </w:p>
    <w:p>
      <w:r>
        <w:t>3. 1950~1960년대의 배경  부대찌개</w:t>
      </w:r>
    </w:p>
    <w:p>
      <w:r>
        <w:t>4. 1970~1980년대의 생활 기억  떡볶이와 분식</w:t>
      </w:r>
    </w:p>
    <w:p>
      <w:r>
        <w:t>5. 1990~2000년대의 한 장면  치킨과 외식</w:t>
      </w:r>
    </w:p>
    <w:p>
      <w:r>
        <w:t>6. 2010~2020년대  김장과 세계의 식탁</w:t>
      </w:r>
    </w:p>
    <w:p>
      <w:r>
        <w:t>나눔 질문  나에게 집을 떠올리게 하는 음식은 무엇인가요?</w:t>
      </w:r>
    </w:p>
    <w:p>
      <w:r>
        <w:t>읽기 안내  시대 구분은 생활·문화의 변화를 소개하는 학습 틀입니다. 음식의 정확한 발명 연도로 해석하지 않습니다.</w:t>
      </w:r>
    </w:p>
    <w:p>
      <w:pPr>
        <w:pStyle w:val="Heading1"/>
        <w:pageBreakBefore w:val="0"/>
      </w:pPr>
      <w:r>
        <w:t>04 한국 책과 문학</w:t>
      </w:r>
    </w:p>
    <w:p>
      <w:r>
        <w:t>발표 시기와 이야기의 정서를 함께 살펴봅니다.</w:t>
      </w:r>
    </w:p>
    <w:p>
      <w:r>
        <w:t>1. 1910년대  무정 이광수</w:t>
      </w:r>
    </w:p>
    <w:p>
      <w:r>
        <w:t>2. 1940년대  하늘과 바람과 별과 시</w:t>
      </w:r>
    </w:p>
    <w:p>
      <w:r>
        <w:t>3. 1950년대  소나기 황순원</w:t>
      </w:r>
    </w:p>
    <w:p>
      <w:r>
        <w:t>4. 1960~1990년대  토지 박경리</w:t>
      </w:r>
    </w:p>
    <w:p>
      <w:r>
        <w:t>5. 2000년대  채식주의자 한강</w:t>
      </w:r>
    </w:p>
    <w:p>
      <w:r>
        <w:t>6. 2020년대  작별하지 않는다 한강</w:t>
      </w:r>
    </w:p>
    <w:p>
      <w:r>
        <w:t>나눔 질문  내 삶과 연결되는 책의 주제를 한 문장으로 써 보세요.</w:t>
      </w:r>
    </w:p>
    <w:p>
      <w:r>
        <w:t>읽기 안내  책의 본문을 재현하지 않고 소개만 제공합니다. 한강 작품 등은 폭력과 상실을 다루므로 읽기 대상에 맞게 선택합니다.</w:t>
      </w:r>
    </w:p>
    <w:p>
      <w:pPr>
        <w:pStyle w:val="Heading1"/>
        <w:pageBreakBefore/>
      </w:pPr>
      <w:r>
        <w:t>05 한국 노래의 흐름</w:t>
      </w:r>
    </w:p>
    <w:p>
      <w:r>
        <w:t>세대가 기억하는 노래와 문화의 변화를 봅니다.</w:t>
      </w:r>
    </w:p>
    <w:p>
      <w:r>
        <w:t>1. 전통 민요  아리랑</w:t>
      </w:r>
    </w:p>
    <w:p>
      <w:r>
        <w:t>2. 1970년대  아침이슬</w:t>
      </w:r>
    </w:p>
    <w:p>
      <w:r>
        <w:t>3. 1980년대  조용필과 대중가요</w:t>
      </w:r>
    </w:p>
    <w:p>
      <w:r>
        <w:t>4. 1990년대  서태지와 아이들</w:t>
      </w:r>
    </w:p>
    <w:p>
      <w:r>
        <w:t>5. 2000년대  보아와 아시아의 무대</w:t>
      </w:r>
    </w:p>
    <w:p>
      <w:r>
        <w:t>6. 2010년대  싸이 강남스타일</w:t>
      </w:r>
    </w:p>
    <w:p>
      <w:r>
        <w:t>7. 2020년대  BTS Dynamite</w:t>
      </w:r>
    </w:p>
    <w:p>
      <w:r>
        <w:t>나눔 질문  가족의 세대마다 좋아하는 노래는 어떻게 다른가요?</w:t>
      </w:r>
    </w:p>
    <w:p>
      <w:r>
        <w:t>읽기 안내  가사·음원·뮤직비디오는 포함하지 않습니다. 제목과 문화적 배경을 소개하고 공식 채널에서 감상합니다.</w:t>
      </w:r>
    </w:p>
    <w:p>
      <w:pPr>
        <w:pStyle w:val="Heading1"/>
        <w:pageBreakBefore w:val="0"/>
      </w:pPr>
      <w:r>
        <w:t>06 한국 춤의 변화</w:t>
      </w:r>
    </w:p>
    <w:p>
      <w:r>
        <w:t>전통의 몸짓과 오늘의 참여 문화를 함께 봅니다.</w:t>
      </w:r>
    </w:p>
    <w:p>
      <w:r>
        <w:t>1. 전통의 공동체 춤  강강술래</w:t>
      </w:r>
    </w:p>
    <w:p>
      <w:r>
        <w:t>2. 1950년대  부채춤</w:t>
      </w:r>
    </w:p>
    <w:p>
      <w:r>
        <w:t>3. 전통과 2020년대의 연결  탈춤</w:t>
      </w:r>
    </w:p>
    <w:p>
      <w:r>
        <w:t>4. 1990~2000년대  아이돌의 군무</w:t>
      </w:r>
    </w:p>
    <w:p>
      <w:r>
        <w:t>5. 2000년대 이후  브레이킹과 거리의 춤</w:t>
      </w:r>
    </w:p>
    <w:p>
      <w:r>
        <w:t>6. 2010~2020년대  커버댄스와 짧은 영상</w:t>
      </w:r>
    </w:p>
    <w:p>
      <w:r>
        <w:t>나눔 질문  나를 편안하게 하는 움직임을 하나 찾아보세요.</w:t>
      </w:r>
    </w:p>
    <w:p>
      <w:r>
        <w:t>읽기 안내  전통 춤의 발생 연도와 현대의 창작·등재·유행 시기를 구분합니다. 모든 한국인이 같은 춤을 즐기는 것은 아닙니다.</w:t>
      </w:r>
    </w:p>
    <w:p>
      <w:pPr>
        <w:pStyle w:val="Heading1"/>
        <w:pageBreakBefore/>
      </w:pPr>
      <w:r>
        <w:t>07 한국 속담과 삶의 지혜</w:t>
      </w:r>
    </w:p>
    <w:p>
      <w:r>
        <w:t>짧은 말에 담긴 생활 경험을 오늘의 말로 읽습니다.</w:t>
      </w:r>
    </w:p>
    <w:p>
      <w:r>
        <w:t>1. 생활 속의 표현  말과 관계</w:t>
      </w:r>
    </w:p>
    <w:p>
      <w:r>
        <w:t>2. 생활 속의 표현  배움과 시작</w:t>
      </w:r>
    </w:p>
    <w:p>
      <w:r>
        <w:t>3. 생활 속의 표현  협력과 지혜</w:t>
      </w:r>
    </w:p>
    <w:p>
      <w:r>
        <w:t>4. 생활 속의 표현  실수와 겸손</w:t>
      </w:r>
    </w:p>
    <w:p>
      <w:r>
        <w:t>5. 생활 속의 표현  회복과 희망</w:t>
      </w:r>
    </w:p>
    <w:p>
      <w:r>
        <w:t>6. 생활 속의 표현  경험과 선택</w:t>
      </w:r>
    </w:p>
    <w:p>
      <w:r>
        <w:t>나눔 질문  내 경험과 연결되는 속담을 골라 설명해 보세요.</w:t>
      </w:r>
    </w:p>
    <w:p>
      <w:r>
        <w:t>읽기 안내  뜻풀이는 학습용 쉬운 풀이입니다. 속담을 절대적인 규칙이나 타인을 평가하는 잣대로 사용하지 않습니다.</w:t>
      </w:r>
    </w:p>
    <w:p>
      <w:pPr>
        <w:pStyle w:val="Heading1"/>
        <w:pageBreakBefore w:val="0"/>
      </w:pPr>
      <w:r>
        <w:t>08 전래동화에 흐르는 정서</w:t>
      </w:r>
    </w:p>
    <w:p>
      <w:r>
        <w:t>이야기의 감정과 오늘의 삶을 함께 생각합니다.</w:t>
      </w:r>
    </w:p>
    <w:p>
      <w:r>
        <w:t>1. 도움과 욕심  흥부와 놀부</w:t>
      </w:r>
    </w:p>
    <w:p>
      <w:r>
        <w:t>2. 가족과 희생  심청전</w:t>
      </w:r>
    </w:p>
    <w:p>
      <w:r>
        <w:t>3. 억울함과 회복  콩쥐팥쥐</w:t>
      </w:r>
    </w:p>
    <w:p>
      <w:r>
        <w:t>4. 두려움과 보호  해와 달이 된 오누이</w:t>
      </w:r>
    </w:p>
    <w:p>
      <w:r>
        <w:t>5. 웃음과 욕심  혹부리 영감</w:t>
      </w:r>
    </w:p>
    <w:p>
      <w:r>
        <w:t>6. 연대와 용기  팥죽 할머니와 호랑이</w:t>
      </w:r>
    </w:p>
    <w:p>
      <w:r>
        <w:t>나눔 질문  이야기 속 인물에게 오늘 내가 해 주고 싶은 말은?</w:t>
      </w:r>
    </w:p>
    <w:p>
      <w:r>
        <w:t>읽기 안내  이본에 따라 줄거리와 결말이 다릅니다. 정서 설명은 하나의 읽기 관점입니다. 한국인의 감정을 하나로 단정하지 않습니다. 희생이나 괴롭힘을 당연하게 받아들이지 않습니다.</w:t>
      </w:r>
    </w:p>
    <w:p>
      <w:pPr>
        <w:pStyle w:val="Heading1"/>
        <w:pageBreakBefore/>
      </w:pPr>
      <w:r>
        <w:t>09 2020년대 세계 속의 한국</w:t>
      </w:r>
    </w:p>
    <w:p>
      <w:r>
        <w:t>구체적인 사건으로 한국 문화의 세계 교류를 봅니다.</w:t>
      </w:r>
    </w:p>
    <w:p>
      <w:r>
        <w:t>1. 2020년  기생충과 세계 영화</w:t>
      </w:r>
    </w:p>
    <w:p>
      <w:r>
        <w:t>2. 2020년 이후  BTS와 세계의 팬</w:t>
      </w:r>
    </w:p>
    <w:p>
      <w:r>
        <w:t>3. 2021년  오징어 게임과 온라인 시청</w:t>
      </w:r>
    </w:p>
    <w:p>
      <w:r>
        <w:t>4. 2022년  탈춤과 살아 있는 유산</w:t>
      </w:r>
    </w:p>
    <w:p>
      <w:r>
        <w:t>5. 2024년  한강과 번역 문학</w:t>
      </w:r>
    </w:p>
    <w:p>
      <w:r>
        <w:t>6. 2020년대의 교류  장 문화와 한국어 배움</w:t>
      </w:r>
    </w:p>
    <w:p>
      <w:r>
        <w:t>나눔 질문  내가 세계의 친구에게 소개하고 싶은 한국은 무엇인가요?</w:t>
      </w:r>
    </w:p>
    <w:p>
      <w:r>
        <w:t>읽기 안내  2026년 10월 기준으로 확인한 사례 중심 자료입니다. 인기 순위나 문화 전체의 평가가 아닙니다.</w:t>
      </w:r>
    </w:p>
    <w:p>
      <w:pPr>
        <w:pStyle w:val="Heading1"/>
        <w:pageBreakBefore/>
      </w:pPr>
      <w:r>
        <w:t>자료 확인과 출처 안내</w:t>
      </w:r>
    </w:p>
    <w:p>
      <w:r>
        <w:t>연도와 문화유산 등재 사항은 아래 기관의 자료를 중심으로 확인했습니다. 전래동화의 정서는 학습용 해석이며, 특정 정서를 모든 한국인의 성격으로 일반화하지 않습니다. 사진의 촬영 시점은 소개하는 역사 시점과 다를 수 있습니다.</w:t>
      </w:r>
    </w:p>
    <w:p>
      <w:r>
        <w:t>국립한글박물관 훈민정음</w:t>
        <w:br/>
        <w:t>https://www.hangeul.go.kr/</w:t>
      </w:r>
    </w:p>
    <w:p>
      <w:r>
        <w:t>국가보훈부 독립영웅</w:t>
        <w:br/>
        <w:t>https://edu.mpva.go.kr/</w:t>
      </w:r>
    </w:p>
    <w:p>
      <w:r>
        <w:t>한국학중앙연구원 한국민족문화대백과사전</w:t>
        <w:br/>
        <w:t>https://encykorea.aks.ac.kr/</w:t>
      </w:r>
    </w:p>
    <w:p>
      <w:r>
        <w:t>한국관광공사 VISITKOREA</w:t>
        <w:br/>
        <w:t>https://english.visitkorea.or.kr/</w:t>
      </w:r>
    </w:p>
    <w:p>
      <w:r>
        <w:t>유네스코 세계유산</w:t>
        <w:br/>
        <w:t>https://whc.unesco.org/en/statesparties/kr/</w:t>
      </w:r>
    </w:p>
    <w:p>
      <w:r>
        <w:t>유네스코 인류무형문화유산</w:t>
        <w:br/>
        <w:t>https://ich.unesco.org/en/state/republic-of-korea-KR</w:t>
      </w:r>
    </w:p>
    <w:p>
      <w:r>
        <w:t>국립국어원 표준국어대사전</w:t>
        <w:br/>
        <w:t>https://stdict.korean.go.kr/</w:t>
      </w:r>
    </w:p>
    <w:p>
      <w:r>
        <w:t>국립민속박물관 한국민속대백과사전</w:t>
        <w:br/>
        <w:t>https://folkency.nfm.go.kr/</w:t>
      </w:r>
    </w:p>
    <w:p>
      <w:r>
        <w:t>노벨재단 한강과 작품 목록</w:t>
        <w:br/>
        <w:t>https://www.nobelprize.org/prizes/literature/2024/han/facts/</w:t>
      </w:r>
    </w:p>
    <w:p>
      <w:r>
        <w:t>미국 영화예술과학아카데미 2020년 시상</w:t>
        <w:br/>
        <w:t>https://www.oscars.org/oscars/ceremonies/2020</w:t>
      </w:r>
    </w:p>
    <w:p>
      <w:r>
        <w:t>국제올림픽위원회 김연아</w:t>
        <w:br/>
        <w:t>https://newsroom.olympics.com/record/1306</w:t>
      </w:r>
    </w:p>
    <w:p>
      <w:r>
        <w:t>대한민국 공식 문화 안내 Korea.net</w:t>
        <w:br/>
        <w:t>https://www.korea.net/AboutKorea/Culture-and-the-Arts/Hallyu</w:t>
      </w:r>
    </w:p>
    <w:p>
      <w:r>
        <w:t>각 PPT의 발표자 노트에는 해당 슬라이드의 자세한 사실 출처, 사진 원본 페이지, 작가와 이용허락 조건을 기록합니다. 음원, 노래 가사와 책의 긴 본문은 수록하지 않습니다.</w:t>
      </w:r>
    </w:p>
    <w:sectPr w:rsidR="00FC693F" w:rsidRPr="0006063C" w:rsidSect="00034616"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80"/>
    </w:pPr>
    <w:rPr>
      <w:rFonts w:ascii="NanumGothic" w:hAnsi="NanumGothic" w:eastAsia="NanumGothi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anumGothic" w:hAnsi="NanumGothic" w:eastAsia="NanumGothi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anumGothic" w:hAnsi="NanumGothic" w:eastAsia="NanumGothi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anumGothic" w:hAnsi="NanumGothic" w:eastAsia="NanumGothic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